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7E39" w14:textId="152CB6DE" w:rsidR="00A802F1" w:rsidRPr="00A802F1" w:rsidRDefault="00A802F1" w:rsidP="00A802F1">
      <w:pPr>
        <w:tabs>
          <w:tab w:val="left" w:pos="10490"/>
        </w:tabs>
        <w:spacing w:after="0" w:line="240" w:lineRule="auto"/>
        <w:ind w:left="142"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 w:eastAsia="hu-HU"/>
        </w:rPr>
      </w:pPr>
      <w:r w:rsidRPr="00A802F1">
        <w:rPr>
          <w:rFonts w:ascii="Times New Roman" w:eastAsia="Times New Roman" w:hAnsi="Times New Roman" w:cs="Times New Roman"/>
          <w:b/>
          <w:noProof/>
          <w:sz w:val="36"/>
          <w:szCs w:val="36"/>
          <w:lang w:val="hu-HU" w:eastAsia="hu-HU"/>
        </w:rPr>
        <w:drawing>
          <wp:anchor distT="0" distB="0" distL="114300" distR="114300" simplePos="0" relativeHeight="251659264" behindDoc="1" locked="0" layoutInCell="1" allowOverlap="1" wp14:anchorId="316BFE1D" wp14:editId="5849757A">
            <wp:simplePos x="0" y="0"/>
            <wp:positionH relativeFrom="column">
              <wp:posOffset>53975</wp:posOffset>
            </wp:positionH>
            <wp:positionV relativeFrom="paragraph">
              <wp:posOffset>-158115</wp:posOffset>
            </wp:positionV>
            <wp:extent cx="1031875" cy="1042035"/>
            <wp:effectExtent l="0" t="0" r="0" b="5715"/>
            <wp:wrapNone/>
            <wp:docPr id="126081490" name="Kép 2" descr="riroszlogo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riroszlogou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04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2F1">
        <w:rPr>
          <w:rFonts w:ascii="Times New Roman" w:eastAsia="Times New Roman" w:hAnsi="Times New Roman" w:cs="Times New Roman"/>
          <w:b/>
          <w:sz w:val="36"/>
          <w:szCs w:val="36"/>
          <w:lang w:val="hu-HU" w:eastAsia="hu-HU"/>
        </w:rPr>
        <w:t xml:space="preserve">              Ritka és Veleszületett Rendellenességgel Élők Országos Szövetsége</w:t>
      </w:r>
      <w:r w:rsidRPr="00A802F1">
        <w:rPr>
          <w:rFonts w:ascii="Times New Roman" w:eastAsia="Times New Roman" w:hAnsi="Times New Roman" w:cs="Times New Roman"/>
          <w:sz w:val="28"/>
          <w:szCs w:val="28"/>
          <w:vertAlign w:val="superscript"/>
          <w:lang w:val="hu-HU" w:eastAsia="hu-HU"/>
        </w:rPr>
        <w:footnoteReference w:id="1"/>
      </w:r>
      <w:r w:rsidRPr="00A802F1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r w:rsidRPr="00A802F1">
        <w:rPr>
          <w:rFonts w:ascii="Times New Roman" w:eastAsia="Times New Roman" w:hAnsi="Times New Roman" w:cs="Times New Roman"/>
          <w:b/>
          <w:sz w:val="24"/>
          <w:szCs w:val="24"/>
          <w:lang w:val="hu-HU" w:eastAsia="hu-HU"/>
        </w:rPr>
        <w:t>Közhasznú Szervezet, 1089 Budapest Orczy út 2.</w:t>
      </w:r>
    </w:p>
    <w:p w14:paraId="08F70277" w14:textId="77777777" w:rsidR="00A802F1" w:rsidRPr="00A802F1" w:rsidRDefault="00A802F1" w:rsidP="00A802F1">
      <w:pPr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 w:eastAsia="hu-HU"/>
        </w:rPr>
      </w:pPr>
      <w:r w:rsidRPr="00A802F1">
        <w:rPr>
          <w:rFonts w:ascii="Times New Roman" w:eastAsia="Times New Roman" w:hAnsi="Times New Roman" w:cs="Times New Roman"/>
          <w:b/>
          <w:sz w:val="24"/>
          <w:szCs w:val="24"/>
          <w:lang w:val="hu-HU" w:eastAsia="hu-HU"/>
        </w:rPr>
        <w:t xml:space="preserve">Tel: (06-1) 790-4532, </w:t>
      </w:r>
      <w:hyperlink r:id="rId9" w:history="1">
        <w:r w:rsidRPr="00A802F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hu-HU" w:eastAsia="hu-HU"/>
          </w:rPr>
          <w:t>https://www.rirosz.hu</w:t>
        </w:r>
      </w:hyperlink>
    </w:p>
    <w:p w14:paraId="196AECC1" w14:textId="1EB36D01" w:rsidR="00A802F1" w:rsidRPr="00A802F1" w:rsidRDefault="00357B3F">
      <w:pPr>
        <w:spacing w:line="252" w:lineRule="auto"/>
        <w:jc w:val="center"/>
        <w:rPr>
          <w:b/>
          <w:color w:val="1F4E79"/>
          <w:sz w:val="16"/>
          <w:szCs w:val="16"/>
          <w:lang w:val="hu-HU"/>
        </w:rPr>
      </w:pPr>
      <w:r>
        <w:rPr>
          <w:b/>
          <w:noProof/>
          <w:color w:val="1F4E79"/>
          <w:sz w:val="16"/>
          <w:szCs w:val="16"/>
          <w:lang w:val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7D707D" wp14:editId="25A89904">
                <wp:simplePos x="0" y="0"/>
                <wp:positionH relativeFrom="column">
                  <wp:posOffset>-137160</wp:posOffset>
                </wp:positionH>
                <wp:positionV relativeFrom="paragraph">
                  <wp:posOffset>72390</wp:posOffset>
                </wp:positionV>
                <wp:extent cx="6424930" cy="0"/>
                <wp:effectExtent l="17145" t="17145" r="15875" b="20955"/>
                <wp:wrapNone/>
                <wp:docPr id="1261095500" name="Egyenes összekötő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49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9888E" id="Egyenes összekötő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5.7pt" to="495.1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" strokeweight="2.25pt"/>
            </w:pict>
          </mc:Fallback>
        </mc:AlternateContent>
      </w:r>
    </w:p>
    <w:p w14:paraId="14E64C8E" w14:textId="6A6ACFD1" w:rsidR="009D34A1" w:rsidRPr="00A802F1" w:rsidRDefault="00000000" w:rsidP="00A802F1">
      <w:pPr>
        <w:spacing w:after="0" w:line="252" w:lineRule="auto"/>
        <w:jc w:val="center"/>
        <w:rPr>
          <w:lang w:val="hu-HU"/>
        </w:rPr>
      </w:pPr>
      <w:r w:rsidRPr="00A802F1">
        <w:rPr>
          <w:b/>
          <w:color w:val="1F4E79"/>
          <w:sz w:val="36"/>
          <w:lang w:val="hu-HU"/>
        </w:rPr>
        <w:t>BELÉPÉSI NYILATKOZAT</w:t>
      </w:r>
    </w:p>
    <w:p w14:paraId="62139BA2" w14:textId="495943FA" w:rsidR="009D34A1" w:rsidRPr="00A802F1" w:rsidRDefault="00000000">
      <w:pPr>
        <w:spacing w:line="252" w:lineRule="auto"/>
        <w:jc w:val="center"/>
        <w:rPr>
          <w:lang w:val="hu-HU"/>
        </w:rPr>
      </w:pPr>
      <w:r w:rsidRPr="00A802F1">
        <w:rPr>
          <w:i/>
          <w:sz w:val="22"/>
          <w:lang w:val="hu-HU"/>
        </w:rPr>
        <w:t>szervezetek, intézmények és közösségek részére</w:t>
      </w:r>
    </w:p>
    <w:p w14:paraId="1CE6AC11" w14:textId="3F78352F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1. Belépési kérelem</w:t>
      </w:r>
    </w:p>
    <w:p w14:paraId="5863C7B7" w14:textId="796FEA5C" w:rsidR="009D34A1" w:rsidRPr="00A802F1" w:rsidRDefault="00000000">
      <w:pPr>
        <w:spacing w:after="80" w:line="252" w:lineRule="auto"/>
        <w:rPr>
          <w:lang w:val="hu-HU"/>
        </w:rPr>
      </w:pPr>
      <w:r w:rsidRPr="00A802F1">
        <w:rPr>
          <w:lang w:val="hu-HU"/>
        </w:rPr>
        <w:t>Alulírott szervezet / intézmény / közösség képviseletében kérem, hogy a RIROSZ Elnöksége szervezetünket a Ritka és Veleszületett Rendellenességgel Élők Országos Szövetsége tagjai közé felvenni szíveskedjen:</w:t>
      </w:r>
    </w:p>
    <w:p w14:paraId="06F19286" w14:textId="77777777" w:rsidR="009D34A1" w:rsidRPr="00A802F1" w:rsidRDefault="00000000">
      <w:pPr>
        <w:spacing w:line="252" w:lineRule="auto"/>
        <w:rPr>
          <w:lang w:val="hu-HU"/>
        </w:rPr>
      </w:pPr>
      <w:r w:rsidRPr="00A802F1">
        <w:rPr>
          <w:lang w:val="hu-HU"/>
        </w:rPr>
        <w:t>☐ rendes tagként    ☐ pártoló tagként</w:t>
      </w:r>
    </w:p>
    <w:p w14:paraId="7C8EC663" w14:textId="77777777" w:rsidR="009D34A1" w:rsidRPr="00A802F1" w:rsidRDefault="00000000">
      <w:pPr>
        <w:spacing w:after="160" w:line="252" w:lineRule="auto"/>
        <w:rPr>
          <w:lang w:val="hu-HU"/>
        </w:rPr>
      </w:pPr>
      <w:r w:rsidRPr="00A802F1">
        <w:rPr>
          <w:lang w:val="hu-HU"/>
        </w:rPr>
        <w:t>Tudomásul vesszük, hogy a tagsági jogviszony a RIROSZ Alapszabályában meghatározott eljárás szerint, az Elnökség tagfelvételről szóló döntésével jön létre.</w:t>
      </w:r>
    </w:p>
    <w:p w14:paraId="0C5DCE83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2. A jelentkező szervezet adatai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427"/>
        <w:gridCol w:w="5427"/>
      </w:tblGrid>
      <w:tr w:rsidR="009D34A1" w:rsidRPr="00A802F1" w14:paraId="3E1E4E50" w14:textId="77777777">
        <w:trPr>
          <w:tblHeader/>
          <w:jc w:val="center"/>
        </w:trPr>
        <w:tc>
          <w:tcPr>
            <w:tcW w:w="4819" w:type="dxa"/>
            <w:shd w:val="clear" w:color="auto" w:fill="D9EAF7"/>
            <w:vAlign w:val="center"/>
          </w:tcPr>
          <w:p w14:paraId="05C82586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b/>
                <w:lang w:val="hu-HU"/>
              </w:rPr>
              <w:t>Adat</w:t>
            </w:r>
          </w:p>
        </w:tc>
        <w:tc>
          <w:tcPr>
            <w:tcW w:w="4819" w:type="dxa"/>
            <w:shd w:val="clear" w:color="auto" w:fill="D9EAF7"/>
            <w:vAlign w:val="center"/>
          </w:tcPr>
          <w:p w14:paraId="6A54466A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b/>
                <w:lang w:val="hu-HU"/>
              </w:rPr>
              <w:t>Kitöltendő</w:t>
            </w:r>
          </w:p>
        </w:tc>
      </w:tr>
      <w:tr w:rsidR="009D34A1" w:rsidRPr="00A802F1" w14:paraId="604AF8AA" w14:textId="77777777">
        <w:trPr>
          <w:jc w:val="center"/>
        </w:trPr>
        <w:tc>
          <w:tcPr>
            <w:tcW w:w="3572" w:type="dxa"/>
            <w:vAlign w:val="center"/>
          </w:tcPr>
          <w:p w14:paraId="2BAF2BEE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A szervezet / intézmény / közösség teljes neve</w:t>
            </w:r>
          </w:p>
        </w:tc>
        <w:tc>
          <w:tcPr>
            <w:tcW w:w="6066" w:type="dxa"/>
            <w:vAlign w:val="center"/>
          </w:tcPr>
          <w:p w14:paraId="7A350D45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7252C513" w14:textId="77777777">
        <w:trPr>
          <w:jc w:val="center"/>
        </w:trPr>
        <w:tc>
          <w:tcPr>
            <w:tcW w:w="3572" w:type="dxa"/>
            <w:vAlign w:val="center"/>
          </w:tcPr>
          <w:p w14:paraId="3732817A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Rövidített neve, ha van</w:t>
            </w:r>
          </w:p>
        </w:tc>
        <w:tc>
          <w:tcPr>
            <w:tcW w:w="6066" w:type="dxa"/>
            <w:vAlign w:val="center"/>
          </w:tcPr>
          <w:p w14:paraId="279DF87E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0DB03E68" w14:textId="77777777">
        <w:trPr>
          <w:jc w:val="center"/>
        </w:trPr>
        <w:tc>
          <w:tcPr>
            <w:tcW w:w="3572" w:type="dxa"/>
            <w:vAlign w:val="center"/>
          </w:tcPr>
          <w:p w14:paraId="6C5F58CB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Nyilvántartási szám / bejegyzési szám</w:t>
            </w:r>
          </w:p>
        </w:tc>
        <w:tc>
          <w:tcPr>
            <w:tcW w:w="6066" w:type="dxa"/>
            <w:vAlign w:val="center"/>
          </w:tcPr>
          <w:p w14:paraId="20DE5D5B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6BFCF4D0" w14:textId="77777777">
        <w:trPr>
          <w:jc w:val="center"/>
        </w:trPr>
        <w:tc>
          <w:tcPr>
            <w:tcW w:w="3572" w:type="dxa"/>
            <w:vAlign w:val="center"/>
          </w:tcPr>
          <w:p w14:paraId="3D56E729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Adószám</w:t>
            </w:r>
          </w:p>
        </w:tc>
        <w:tc>
          <w:tcPr>
            <w:tcW w:w="6066" w:type="dxa"/>
            <w:vAlign w:val="center"/>
          </w:tcPr>
          <w:p w14:paraId="49EEDF65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3F3A8C22" w14:textId="77777777">
        <w:trPr>
          <w:jc w:val="center"/>
        </w:trPr>
        <w:tc>
          <w:tcPr>
            <w:tcW w:w="3572" w:type="dxa"/>
            <w:vAlign w:val="center"/>
          </w:tcPr>
          <w:p w14:paraId="6248C892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Bankszámlaszám</w:t>
            </w:r>
          </w:p>
        </w:tc>
        <w:tc>
          <w:tcPr>
            <w:tcW w:w="6066" w:type="dxa"/>
            <w:vAlign w:val="center"/>
          </w:tcPr>
          <w:p w14:paraId="1D43705E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2ED7FDCF" w14:textId="77777777">
        <w:trPr>
          <w:jc w:val="center"/>
        </w:trPr>
        <w:tc>
          <w:tcPr>
            <w:tcW w:w="3572" w:type="dxa"/>
            <w:vAlign w:val="center"/>
          </w:tcPr>
          <w:p w14:paraId="441EC0DA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Székhely: irányítószám, település</w:t>
            </w:r>
          </w:p>
        </w:tc>
        <w:tc>
          <w:tcPr>
            <w:tcW w:w="6066" w:type="dxa"/>
            <w:vAlign w:val="center"/>
          </w:tcPr>
          <w:p w14:paraId="6AD9567E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3AC6B8EA" w14:textId="77777777">
        <w:trPr>
          <w:jc w:val="center"/>
        </w:trPr>
        <w:tc>
          <w:tcPr>
            <w:tcW w:w="3572" w:type="dxa"/>
            <w:vAlign w:val="center"/>
          </w:tcPr>
          <w:p w14:paraId="2F30C68B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Székhely: utca, házszám, emelet/ajtó</w:t>
            </w:r>
          </w:p>
        </w:tc>
        <w:tc>
          <w:tcPr>
            <w:tcW w:w="6066" w:type="dxa"/>
            <w:vAlign w:val="center"/>
          </w:tcPr>
          <w:p w14:paraId="7D3D7BE3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2781AE07" w14:textId="77777777">
        <w:trPr>
          <w:jc w:val="center"/>
        </w:trPr>
        <w:tc>
          <w:tcPr>
            <w:tcW w:w="3572" w:type="dxa"/>
            <w:vAlign w:val="center"/>
          </w:tcPr>
          <w:p w14:paraId="74B0AFD0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Levelezési cím, ha eltér a székhelytől</w:t>
            </w:r>
          </w:p>
        </w:tc>
        <w:tc>
          <w:tcPr>
            <w:tcW w:w="6066" w:type="dxa"/>
            <w:vAlign w:val="center"/>
          </w:tcPr>
          <w:p w14:paraId="3955B15A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671F51A9" w14:textId="77777777">
        <w:trPr>
          <w:jc w:val="center"/>
        </w:trPr>
        <w:tc>
          <w:tcPr>
            <w:tcW w:w="3572" w:type="dxa"/>
            <w:vAlign w:val="center"/>
          </w:tcPr>
          <w:p w14:paraId="34FDFE56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Honlap</w:t>
            </w:r>
          </w:p>
        </w:tc>
        <w:tc>
          <w:tcPr>
            <w:tcW w:w="6066" w:type="dxa"/>
            <w:vAlign w:val="center"/>
          </w:tcPr>
          <w:p w14:paraId="0F130123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4DE1663F" w14:textId="77777777">
        <w:trPr>
          <w:jc w:val="center"/>
        </w:trPr>
        <w:tc>
          <w:tcPr>
            <w:tcW w:w="3572" w:type="dxa"/>
            <w:vAlign w:val="center"/>
          </w:tcPr>
          <w:p w14:paraId="378CB835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Közösségi média / Facebook-oldal / egyéb elérhetőség</w:t>
            </w:r>
          </w:p>
        </w:tc>
        <w:tc>
          <w:tcPr>
            <w:tcW w:w="6066" w:type="dxa"/>
            <w:vAlign w:val="center"/>
          </w:tcPr>
          <w:p w14:paraId="2C838DBD" w14:textId="77777777" w:rsidR="009D34A1" w:rsidRPr="00A802F1" w:rsidRDefault="009D34A1">
            <w:pPr>
              <w:rPr>
                <w:lang w:val="hu-HU"/>
              </w:rPr>
            </w:pPr>
          </w:p>
        </w:tc>
      </w:tr>
    </w:tbl>
    <w:p w14:paraId="5B1C6FE1" w14:textId="77777777" w:rsidR="009D34A1" w:rsidRPr="00A802F1" w:rsidRDefault="00000000" w:rsidP="00A802F1">
      <w:pPr>
        <w:spacing w:before="240" w:after="0" w:line="252" w:lineRule="auto"/>
        <w:rPr>
          <w:lang w:val="hu-HU"/>
        </w:rPr>
      </w:pPr>
      <w:r w:rsidRPr="00A802F1">
        <w:rPr>
          <w:b/>
          <w:lang w:val="hu-HU"/>
        </w:rPr>
        <w:t>Szervezeti forma:</w:t>
      </w:r>
    </w:p>
    <w:p w14:paraId="6CFCE147" w14:textId="77777777" w:rsidR="009D34A1" w:rsidRPr="00A802F1" w:rsidRDefault="00000000" w:rsidP="00A802F1">
      <w:pPr>
        <w:spacing w:after="0" w:line="240" w:lineRule="auto"/>
        <w:ind w:left="283"/>
        <w:rPr>
          <w:lang w:val="hu-HU"/>
        </w:rPr>
      </w:pPr>
      <w:r w:rsidRPr="00A802F1">
        <w:rPr>
          <w:lang w:val="hu-HU"/>
        </w:rPr>
        <w:t>☐ egyesület</w:t>
      </w:r>
    </w:p>
    <w:p w14:paraId="3C5B5921" w14:textId="77777777" w:rsidR="009D34A1" w:rsidRPr="00A802F1" w:rsidRDefault="00000000" w:rsidP="00A802F1">
      <w:pPr>
        <w:spacing w:after="0" w:line="240" w:lineRule="auto"/>
        <w:ind w:left="283"/>
        <w:rPr>
          <w:lang w:val="hu-HU"/>
        </w:rPr>
      </w:pPr>
      <w:r w:rsidRPr="00A802F1">
        <w:rPr>
          <w:lang w:val="hu-HU"/>
        </w:rPr>
        <w:t>☐ alapítvány</w:t>
      </w:r>
    </w:p>
    <w:p w14:paraId="1777160A" w14:textId="77777777" w:rsidR="009D34A1" w:rsidRPr="00A802F1" w:rsidRDefault="00000000" w:rsidP="00A802F1">
      <w:pPr>
        <w:spacing w:after="0" w:line="240" w:lineRule="auto"/>
        <w:ind w:left="283"/>
        <w:rPr>
          <w:lang w:val="hu-HU"/>
        </w:rPr>
      </w:pPr>
      <w:r w:rsidRPr="00A802F1">
        <w:rPr>
          <w:lang w:val="hu-HU"/>
        </w:rPr>
        <w:t>☐ nonprofit gazdasági társaság</w:t>
      </w:r>
    </w:p>
    <w:p w14:paraId="4E95494F" w14:textId="77777777" w:rsidR="009D34A1" w:rsidRPr="00A802F1" w:rsidRDefault="00000000" w:rsidP="00A802F1">
      <w:pPr>
        <w:spacing w:after="0" w:line="240" w:lineRule="auto"/>
        <w:ind w:left="283"/>
        <w:rPr>
          <w:lang w:val="hu-HU"/>
        </w:rPr>
      </w:pPr>
      <w:r w:rsidRPr="00A802F1">
        <w:rPr>
          <w:lang w:val="hu-HU"/>
        </w:rPr>
        <w:t>☐ intézmény</w:t>
      </w:r>
    </w:p>
    <w:p w14:paraId="502A4712" w14:textId="77777777" w:rsidR="009D34A1" w:rsidRPr="00A802F1" w:rsidRDefault="00000000" w:rsidP="00A802F1">
      <w:pPr>
        <w:spacing w:after="0" w:line="240" w:lineRule="auto"/>
        <w:ind w:left="283"/>
        <w:rPr>
          <w:lang w:val="hu-HU"/>
        </w:rPr>
      </w:pPr>
      <w:r w:rsidRPr="00A802F1">
        <w:rPr>
          <w:lang w:val="hu-HU"/>
        </w:rPr>
        <w:t>☐ jogi személyiséggel nem rendelkező közösség / betegcsoport</w:t>
      </w:r>
    </w:p>
    <w:p w14:paraId="00F5628C" w14:textId="77777777" w:rsidR="009D34A1" w:rsidRPr="00A802F1" w:rsidRDefault="00000000">
      <w:pPr>
        <w:spacing w:line="252" w:lineRule="auto"/>
        <w:ind w:left="283"/>
        <w:rPr>
          <w:lang w:val="hu-HU"/>
        </w:rPr>
      </w:pPr>
      <w:r w:rsidRPr="00A802F1">
        <w:rPr>
          <w:lang w:val="hu-HU"/>
        </w:rPr>
        <w:t>☐ egyéb: ................................................</w:t>
      </w:r>
    </w:p>
    <w:p w14:paraId="60D242A4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3. A szervezet tevékenységi területe</w:t>
      </w:r>
    </w:p>
    <w:p w14:paraId="7D5366BE" w14:textId="3030FF10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Milyen ritka betegséggel, betegségcsoporttal vagy érintetti körrel foglalkozik a szervezet</w:t>
      </w:r>
      <w:r w:rsidR="00A802F1">
        <w:rPr>
          <w:b/>
          <w:lang w:val="hu-HU"/>
        </w:rPr>
        <w:t>?</w:t>
      </w:r>
    </w:p>
    <w:p w14:paraId="0399722D" w14:textId="77777777" w:rsidR="009D34A1" w:rsidRPr="00A802F1" w:rsidRDefault="009D34A1">
      <w:pPr>
        <w:pBdr>
          <w:bottom w:val="single" w:sz="6" w:space="1" w:color="999999"/>
        </w:pBdr>
        <w:spacing w:after="240" w:line="252" w:lineRule="auto"/>
        <w:rPr>
          <w:lang w:val="hu-HU"/>
        </w:rPr>
      </w:pPr>
    </w:p>
    <w:p w14:paraId="30BDD23C" w14:textId="77777777" w:rsidR="009D34A1" w:rsidRPr="00A802F1" w:rsidRDefault="00000000" w:rsidP="00A802F1">
      <w:pPr>
        <w:spacing w:after="0" w:line="252" w:lineRule="auto"/>
        <w:rPr>
          <w:lang w:val="hu-HU"/>
        </w:rPr>
      </w:pPr>
      <w:r w:rsidRPr="00A802F1">
        <w:rPr>
          <w:b/>
          <w:lang w:val="hu-HU"/>
        </w:rPr>
        <w:t xml:space="preserve">A szervezet fő tevékenységei: </w:t>
      </w:r>
    </w:p>
    <w:p w14:paraId="7D370FE0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betegtámogatás</w:t>
      </w:r>
    </w:p>
    <w:p w14:paraId="4468FA89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érdekvédelem</w:t>
      </w:r>
    </w:p>
    <w:p w14:paraId="0A6044D8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információszolgáltatás</w:t>
      </w:r>
    </w:p>
    <w:p w14:paraId="2A3DDB9A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közösségépítés</w:t>
      </w:r>
    </w:p>
    <w:p w14:paraId="221E6136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szakmai együttműködés</w:t>
      </w:r>
    </w:p>
    <w:p w14:paraId="02842C4A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kutatás / adatgyűjtés támogatása</w:t>
      </w:r>
    </w:p>
    <w:p w14:paraId="23A3B3EE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lastRenderedPageBreak/>
        <w:t>☐ egészségügyi, szociális vagy oktatási ellátáshoz kapcsolódó segítségnyújtás</w:t>
      </w:r>
    </w:p>
    <w:p w14:paraId="5A3A68E9" w14:textId="77777777" w:rsidR="009D34A1" w:rsidRPr="00A802F1" w:rsidRDefault="00000000">
      <w:pPr>
        <w:spacing w:line="252" w:lineRule="auto"/>
        <w:ind w:left="283"/>
        <w:rPr>
          <w:lang w:val="hu-HU"/>
        </w:rPr>
      </w:pPr>
      <w:r w:rsidRPr="00A802F1">
        <w:rPr>
          <w:lang w:val="hu-HU"/>
        </w:rPr>
        <w:t>☐ egyéb: ................................................................................................................</w:t>
      </w:r>
    </w:p>
    <w:p w14:paraId="0DD78D03" w14:textId="77777777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A szervezet által képviselt érintettek / családok / tagok becsült száma, ha ismert</w:t>
      </w:r>
    </w:p>
    <w:p w14:paraId="214961D1" w14:textId="77777777" w:rsidR="009D34A1" w:rsidRPr="00A802F1" w:rsidRDefault="009D34A1">
      <w:pPr>
        <w:pBdr>
          <w:bottom w:val="single" w:sz="6" w:space="1" w:color="999999"/>
        </w:pBdr>
        <w:spacing w:after="120" w:line="252" w:lineRule="auto"/>
        <w:rPr>
          <w:lang w:val="hu-HU"/>
        </w:rPr>
      </w:pPr>
    </w:p>
    <w:p w14:paraId="173A4B78" w14:textId="77777777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Rövid bemutatkozás, a RIROSZ-hoz való csatlakozás indoka</w:t>
      </w:r>
    </w:p>
    <w:p w14:paraId="326E0B71" w14:textId="77777777" w:rsidR="009D34A1" w:rsidRPr="00A802F1" w:rsidRDefault="009D34A1">
      <w:pPr>
        <w:pBdr>
          <w:bottom w:val="single" w:sz="6" w:space="1" w:color="999999"/>
        </w:pBdr>
        <w:spacing w:after="240" w:line="252" w:lineRule="auto"/>
        <w:rPr>
          <w:lang w:val="hu-HU"/>
        </w:rPr>
      </w:pPr>
    </w:p>
    <w:p w14:paraId="42B9C784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4. A szervezet képviseletére jogosult személy adatai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9D34A1" w:rsidRPr="00A802F1" w14:paraId="2866B20B" w14:textId="77777777">
        <w:tc>
          <w:tcPr>
            <w:tcW w:w="4819" w:type="dxa"/>
          </w:tcPr>
          <w:p w14:paraId="6C27E825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Név</w:t>
            </w:r>
          </w:p>
        </w:tc>
        <w:tc>
          <w:tcPr>
            <w:tcW w:w="4819" w:type="dxa"/>
          </w:tcPr>
          <w:p w14:paraId="5201C16F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446D0CBD" w14:textId="77777777">
        <w:tc>
          <w:tcPr>
            <w:tcW w:w="4819" w:type="dxa"/>
          </w:tcPr>
          <w:p w14:paraId="06C906FF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Tisztség</w:t>
            </w:r>
          </w:p>
        </w:tc>
        <w:tc>
          <w:tcPr>
            <w:tcW w:w="4819" w:type="dxa"/>
          </w:tcPr>
          <w:p w14:paraId="691E248C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240550A1" w14:textId="77777777">
        <w:tc>
          <w:tcPr>
            <w:tcW w:w="4819" w:type="dxa"/>
          </w:tcPr>
          <w:p w14:paraId="268E8E7F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E-mail</w:t>
            </w:r>
          </w:p>
        </w:tc>
        <w:tc>
          <w:tcPr>
            <w:tcW w:w="4819" w:type="dxa"/>
          </w:tcPr>
          <w:p w14:paraId="45FD5DD3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22833C19" w14:textId="77777777">
        <w:tc>
          <w:tcPr>
            <w:tcW w:w="4819" w:type="dxa"/>
          </w:tcPr>
          <w:p w14:paraId="7AF2F651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Telefon</w:t>
            </w:r>
          </w:p>
        </w:tc>
        <w:tc>
          <w:tcPr>
            <w:tcW w:w="4819" w:type="dxa"/>
          </w:tcPr>
          <w:p w14:paraId="55E08CB7" w14:textId="77777777" w:rsidR="009D34A1" w:rsidRPr="00A802F1" w:rsidRDefault="009D34A1">
            <w:pPr>
              <w:rPr>
                <w:lang w:val="hu-HU"/>
              </w:rPr>
            </w:pPr>
          </w:p>
        </w:tc>
      </w:tr>
    </w:tbl>
    <w:p w14:paraId="1FA548FA" w14:textId="77777777" w:rsidR="009D34A1" w:rsidRPr="00A802F1" w:rsidRDefault="00000000" w:rsidP="00A802F1">
      <w:pPr>
        <w:spacing w:before="240" w:after="0" w:line="252" w:lineRule="auto"/>
        <w:rPr>
          <w:lang w:val="hu-HU"/>
        </w:rPr>
      </w:pPr>
      <w:r w:rsidRPr="00A802F1">
        <w:rPr>
          <w:b/>
          <w:lang w:val="hu-HU"/>
        </w:rPr>
        <w:t xml:space="preserve">A képviseleti jogosultság alapja: </w:t>
      </w:r>
    </w:p>
    <w:p w14:paraId="22ED53A6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bírósági / hatósági nyilvántartás szerinti képviselő</w:t>
      </w:r>
    </w:p>
    <w:p w14:paraId="05AEBCF5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meghatalmazott képviselő</w:t>
      </w:r>
    </w:p>
    <w:p w14:paraId="1B93B895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a szervezet döntéshozó szervének határozata alapján eljáró személy</w:t>
      </w:r>
    </w:p>
    <w:p w14:paraId="0D1CDABD" w14:textId="77777777" w:rsidR="009D34A1" w:rsidRPr="00A802F1" w:rsidRDefault="00000000">
      <w:pPr>
        <w:spacing w:line="252" w:lineRule="auto"/>
        <w:ind w:left="283"/>
        <w:rPr>
          <w:lang w:val="hu-HU"/>
        </w:rPr>
      </w:pPr>
      <w:r w:rsidRPr="00A802F1">
        <w:rPr>
          <w:lang w:val="hu-HU"/>
        </w:rPr>
        <w:t>☐ egyéb: ................................................</w:t>
      </w:r>
    </w:p>
    <w:p w14:paraId="27003763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5. RIROSZ kapcsolattartó személy</w:t>
      </w:r>
    </w:p>
    <w:p w14:paraId="4E59A9AE" w14:textId="77777777" w:rsidR="009D34A1" w:rsidRPr="00A802F1" w:rsidRDefault="00000000">
      <w:pPr>
        <w:spacing w:line="252" w:lineRule="auto"/>
        <w:rPr>
          <w:lang w:val="hu-HU"/>
        </w:rPr>
      </w:pPr>
      <w:r w:rsidRPr="00A802F1">
        <w:rPr>
          <w:lang w:val="hu-HU"/>
        </w:rPr>
        <w:t>Ha a RIROSZ-szal való kapcsolattartásra nem a fenti képviselő jogosult, kérjük megadni a kapcsolattartó személy adatait.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9D34A1" w:rsidRPr="00A802F1" w14:paraId="29AFCE95" w14:textId="77777777">
        <w:tc>
          <w:tcPr>
            <w:tcW w:w="4819" w:type="dxa"/>
          </w:tcPr>
          <w:p w14:paraId="60CF5472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Név</w:t>
            </w:r>
          </w:p>
        </w:tc>
        <w:tc>
          <w:tcPr>
            <w:tcW w:w="4819" w:type="dxa"/>
          </w:tcPr>
          <w:p w14:paraId="0CE78A42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5C2AD40B" w14:textId="77777777">
        <w:tc>
          <w:tcPr>
            <w:tcW w:w="4819" w:type="dxa"/>
          </w:tcPr>
          <w:p w14:paraId="58950457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Tisztség / szerep a szervezetben</w:t>
            </w:r>
          </w:p>
        </w:tc>
        <w:tc>
          <w:tcPr>
            <w:tcW w:w="4819" w:type="dxa"/>
          </w:tcPr>
          <w:p w14:paraId="67D4721E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62CA1021" w14:textId="77777777">
        <w:tc>
          <w:tcPr>
            <w:tcW w:w="4819" w:type="dxa"/>
          </w:tcPr>
          <w:p w14:paraId="7215A074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E-mail</w:t>
            </w:r>
          </w:p>
        </w:tc>
        <w:tc>
          <w:tcPr>
            <w:tcW w:w="4819" w:type="dxa"/>
          </w:tcPr>
          <w:p w14:paraId="42B98903" w14:textId="77777777" w:rsidR="009D34A1" w:rsidRPr="00A802F1" w:rsidRDefault="009D34A1">
            <w:pPr>
              <w:rPr>
                <w:lang w:val="hu-HU"/>
              </w:rPr>
            </w:pPr>
          </w:p>
        </w:tc>
      </w:tr>
      <w:tr w:rsidR="009D34A1" w:rsidRPr="00A802F1" w14:paraId="42240075" w14:textId="77777777">
        <w:tc>
          <w:tcPr>
            <w:tcW w:w="4819" w:type="dxa"/>
          </w:tcPr>
          <w:p w14:paraId="7CD9AC3C" w14:textId="77777777" w:rsidR="009D34A1" w:rsidRPr="00A802F1" w:rsidRDefault="00000000">
            <w:pPr>
              <w:rPr>
                <w:lang w:val="hu-HU"/>
              </w:rPr>
            </w:pPr>
            <w:r w:rsidRPr="00A802F1">
              <w:rPr>
                <w:lang w:val="hu-HU"/>
              </w:rPr>
              <w:t>Telefon</w:t>
            </w:r>
          </w:p>
        </w:tc>
        <w:tc>
          <w:tcPr>
            <w:tcW w:w="4819" w:type="dxa"/>
          </w:tcPr>
          <w:p w14:paraId="45B1695D" w14:textId="77777777" w:rsidR="009D34A1" w:rsidRPr="00A802F1" w:rsidRDefault="009D34A1">
            <w:pPr>
              <w:rPr>
                <w:lang w:val="hu-HU"/>
              </w:rPr>
            </w:pPr>
          </w:p>
        </w:tc>
      </w:tr>
    </w:tbl>
    <w:p w14:paraId="7A326304" w14:textId="7F0FBE5D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6. Csatolandó dokumentumok</w:t>
      </w:r>
      <w:r w:rsidR="00445993">
        <w:rPr>
          <w:lang w:val="hu-HU"/>
        </w:rPr>
        <w:t xml:space="preserve"> (ha van)</w:t>
      </w:r>
    </w:p>
    <w:p w14:paraId="7A0D7A79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a szervezet hatályos alapszabálya / alapító okirata;</w:t>
      </w:r>
    </w:p>
    <w:p w14:paraId="7220750E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a szervezet nyilvántartási adatait igazoló dokumentum vagy nyilvántartási kivonat;</w:t>
      </w:r>
    </w:p>
    <w:p w14:paraId="62379916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a képviseleti jogosultság igazolása, ha az nem állapítható meg egyértelműen;</w:t>
      </w:r>
    </w:p>
    <w:p w14:paraId="09F8DCB4" w14:textId="77777777" w:rsidR="009D34A1" w:rsidRPr="00A802F1" w:rsidRDefault="00000000" w:rsidP="00A802F1">
      <w:pPr>
        <w:spacing w:after="0" w:line="252" w:lineRule="auto"/>
        <w:ind w:left="283"/>
        <w:rPr>
          <w:lang w:val="hu-HU"/>
        </w:rPr>
      </w:pPr>
      <w:r w:rsidRPr="00A802F1">
        <w:rPr>
          <w:lang w:val="hu-HU"/>
        </w:rPr>
        <w:t>☐ a szervezet döntéshozó szervének határozata a RIROSZ-hoz való csatlakozásról, ha ezt a szervezet saját szabályai megkövetelik;</w:t>
      </w:r>
    </w:p>
    <w:p w14:paraId="2B379499" w14:textId="77777777" w:rsidR="009D34A1" w:rsidRPr="00A802F1" w:rsidRDefault="00000000">
      <w:pPr>
        <w:spacing w:line="252" w:lineRule="auto"/>
        <w:ind w:left="283"/>
        <w:rPr>
          <w:lang w:val="hu-HU"/>
        </w:rPr>
      </w:pPr>
      <w:r w:rsidRPr="00A802F1">
        <w:rPr>
          <w:lang w:val="hu-HU"/>
        </w:rPr>
        <w:t>☐ rövid szakmai bemutatkozás vagy nyilvános szervezeti ismertető.</w:t>
      </w:r>
    </w:p>
    <w:p w14:paraId="0E4C75B2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7. Nyilatkozatok</w:t>
      </w:r>
    </w:p>
    <w:p w14:paraId="264BE56A" w14:textId="77777777" w:rsidR="009D34A1" w:rsidRPr="00A802F1" w:rsidRDefault="00000000" w:rsidP="00A802F1">
      <w:pPr>
        <w:spacing w:after="120" w:line="252" w:lineRule="auto"/>
        <w:rPr>
          <w:lang w:val="hu-HU"/>
        </w:rPr>
      </w:pPr>
      <w:r w:rsidRPr="00A802F1">
        <w:rPr>
          <w:lang w:val="hu-HU"/>
        </w:rPr>
        <w:t>Alulírott, a jelentkező szervezet képviseletében kijelentem, hogy:</w:t>
      </w:r>
    </w:p>
    <w:p w14:paraId="48ACCC61" w14:textId="77777777" w:rsidR="009D34A1" w:rsidRPr="00A802F1" w:rsidRDefault="00000000" w:rsidP="00A802F1">
      <w:pPr>
        <w:spacing w:after="120" w:line="252" w:lineRule="auto"/>
        <w:ind w:left="227"/>
        <w:rPr>
          <w:lang w:val="hu-HU"/>
        </w:rPr>
      </w:pPr>
      <w:r w:rsidRPr="00A802F1">
        <w:rPr>
          <w:lang w:val="hu-HU"/>
        </w:rPr>
        <w:t>1. a szervezet megismerte a RIROSZ céljait, tevékenységét és Alapszabályát;</w:t>
      </w:r>
    </w:p>
    <w:p w14:paraId="282979E9" w14:textId="77777777" w:rsidR="009D34A1" w:rsidRPr="00A802F1" w:rsidRDefault="00000000" w:rsidP="00A802F1">
      <w:pPr>
        <w:spacing w:after="120" w:line="252" w:lineRule="auto"/>
        <w:ind w:left="227"/>
        <w:rPr>
          <w:lang w:val="hu-HU"/>
        </w:rPr>
      </w:pPr>
      <w:r w:rsidRPr="00A802F1">
        <w:rPr>
          <w:lang w:val="hu-HU"/>
        </w:rPr>
        <w:t>2. a szervezet elfogadja a RIROSZ Alapszabályát, és vállalja a tagsági jogviszonyból eredő kötelezettségek teljesítését;</w:t>
      </w:r>
    </w:p>
    <w:p w14:paraId="5A369CDC" w14:textId="77777777" w:rsidR="009D34A1" w:rsidRPr="00A802F1" w:rsidRDefault="00000000" w:rsidP="00A802F1">
      <w:pPr>
        <w:spacing w:after="120" w:line="252" w:lineRule="auto"/>
        <w:ind w:left="227"/>
        <w:rPr>
          <w:lang w:val="hu-HU"/>
        </w:rPr>
      </w:pPr>
      <w:r w:rsidRPr="00A802F1">
        <w:rPr>
          <w:lang w:val="hu-HU"/>
        </w:rPr>
        <w:t>3. a szervezet tevékenysége összhangban áll a RIROSZ céljaival, különösen a ritka és veleszületett rendellenességgel élő emberek, családjaik és szervezeteik támogatásával, érdekvédelmével és társadalmi láthatóságának erősítésével;</w:t>
      </w:r>
    </w:p>
    <w:p w14:paraId="7C2C8D1E" w14:textId="77777777" w:rsidR="009D34A1" w:rsidRPr="00A802F1" w:rsidRDefault="00000000" w:rsidP="00A802F1">
      <w:pPr>
        <w:spacing w:after="120" w:line="252" w:lineRule="auto"/>
        <w:ind w:left="227"/>
        <w:rPr>
          <w:lang w:val="hu-HU"/>
        </w:rPr>
      </w:pPr>
      <w:r w:rsidRPr="00A802F1">
        <w:rPr>
          <w:lang w:val="hu-HU"/>
        </w:rPr>
        <w:t>4. a szervezet vállalja, hogy a tagsági jogviszony fennállása alatt együttműködik a RIROSZ-szal, és lehetőségei szerint részt vesz a Szövetség szakmai, érdekvédelmi és közösségi munkájában;</w:t>
      </w:r>
    </w:p>
    <w:p w14:paraId="542EB900" w14:textId="77777777" w:rsidR="009D34A1" w:rsidRPr="00A802F1" w:rsidRDefault="00000000" w:rsidP="00A802F1">
      <w:pPr>
        <w:spacing w:after="120" w:line="252" w:lineRule="auto"/>
        <w:ind w:left="227"/>
        <w:rPr>
          <w:lang w:val="hu-HU"/>
        </w:rPr>
      </w:pPr>
      <w:r w:rsidRPr="00A802F1">
        <w:rPr>
          <w:lang w:val="hu-HU"/>
        </w:rPr>
        <w:t>5. a szervezet vállalja az Alapszabályban, illetve a RIROSZ illetékes testületeinek határozataiban meghatározott tagdíj vagy pártoló hozzájárulás megfizetését, amennyiben ilyen kötelezettség vonatkozik rá;</w:t>
      </w:r>
    </w:p>
    <w:p w14:paraId="1F7C0DA4" w14:textId="77777777" w:rsidR="009D34A1" w:rsidRPr="00A802F1" w:rsidRDefault="00000000" w:rsidP="00A802F1">
      <w:pPr>
        <w:spacing w:after="120" w:line="252" w:lineRule="auto"/>
        <w:ind w:left="227"/>
        <w:rPr>
          <w:lang w:val="hu-HU"/>
        </w:rPr>
      </w:pPr>
      <w:r w:rsidRPr="00A802F1">
        <w:rPr>
          <w:lang w:val="hu-HU"/>
        </w:rPr>
        <w:t>6. a szervezet tudomásul veszi, hogy a tagfelvételről a RIROSZ Elnöksége dönt;</w:t>
      </w:r>
    </w:p>
    <w:p w14:paraId="752421D8" w14:textId="77777777" w:rsidR="009D34A1" w:rsidRPr="00A802F1" w:rsidRDefault="00000000">
      <w:pPr>
        <w:spacing w:line="252" w:lineRule="auto"/>
        <w:ind w:left="227"/>
        <w:rPr>
          <w:lang w:val="hu-HU"/>
        </w:rPr>
      </w:pPr>
      <w:r w:rsidRPr="00A802F1">
        <w:rPr>
          <w:lang w:val="hu-HU"/>
        </w:rPr>
        <w:t>7. a szervezet vállalja, hogy a jelen nyilatkozatban megadott adataiban bekövetkező változásokat 30 napon belül bejelenti a RIROSZ részére.</w:t>
      </w:r>
    </w:p>
    <w:p w14:paraId="06335070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lastRenderedPageBreak/>
        <w:t>8. Kommunikációs hozzájárulások</w:t>
      </w:r>
    </w:p>
    <w:p w14:paraId="79A17AA0" w14:textId="77777777" w:rsidR="009D34A1" w:rsidRPr="00A802F1" w:rsidRDefault="00000000">
      <w:pPr>
        <w:spacing w:line="252" w:lineRule="auto"/>
        <w:rPr>
          <w:lang w:val="hu-HU"/>
        </w:rPr>
      </w:pPr>
      <w:r w:rsidRPr="00A802F1">
        <w:rPr>
          <w:lang w:val="hu-HU"/>
        </w:rPr>
        <w:t>A tagsági jogviszonyhoz szükséges kapcsolattartáson túl a RIROSZ az alábbi témákban csak külön hozzájárulás alapján küld rendszeres tájékoztatást.</w:t>
      </w:r>
    </w:p>
    <w:p w14:paraId="42EA5731" w14:textId="77777777" w:rsidR="009D34A1" w:rsidRPr="00A802F1" w:rsidRDefault="00000000">
      <w:pPr>
        <w:spacing w:line="252" w:lineRule="auto"/>
        <w:ind w:left="283"/>
        <w:rPr>
          <w:lang w:val="hu-HU"/>
        </w:rPr>
      </w:pPr>
      <w:r w:rsidRPr="00A802F1">
        <w:rPr>
          <w:lang w:val="hu-HU"/>
        </w:rPr>
        <w:t>☐ Hozzájárulok ahhoz, hogy a RIROSZ a megadott kapcsolattartói e-mail címre szakmai híreket, rendezvénymeghívókat, tagszervezeti tájékoztatókat és hírlevelet küldjön.</w:t>
      </w:r>
    </w:p>
    <w:p w14:paraId="331FD170" w14:textId="77777777" w:rsidR="009D34A1" w:rsidRPr="00A802F1" w:rsidRDefault="00000000">
      <w:pPr>
        <w:spacing w:line="252" w:lineRule="auto"/>
        <w:ind w:left="283"/>
        <w:rPr>
          <w:lang w:val="hu-HU"/>
        </w:rPr>
      </w:pPr>
      <w:r w:rsidRPr="00A802F1">
        <w:rPr>
          <w:lang w:val="hu-HU"/>
        </w:rPr>
        <w:t>☐ Hozzájárulok ahhoz, hogy a RIROSZ kutatási, felmérési, szakpolitikai egyeztetési vagy betegszervezeti együttműködési megkereséseket küldjön a szervezet részére.</w:t>
      </w:r>
    </w:p>
    <w:p w14:paraId="66B278F9" w14:textId="62E8F697" w:rsidR="009D34A1" w:rsidRPr="00A802F1" w:rsidRDefault="00000000">
      <w:pPr>
        <w:spacing w:line="252" w:lineRule="auto"/>
        <w:rPr>
          <w:lang w:val="hu-HU"/>
        </w:rPr>
      </w:pPr>
      <w:r w:rsidRPr="00A802F1">
        <w:rPr>
          <w:lang w:val="hu-HU"/>
        </w:rPr>
        <w:t xml:space="preserve">Tudomásul vesszük, hogy a fenti hozzájárulások megadása önkéntes, a tagfelvételnek nem feltétele, és bármikor visszavonható az </w:t>
      </w:r>
      <w:hyperlink r:id="rId10" w:history="1">
        <w:r w:rsidR="00A802F1" w:rsidRPr="00826EA9">
          <w:rPr>
            <w:rStyle w:val="Hiperhivatkozs"/>
            <w:lang w:val="hu-HU"/>
          </w:rPr>
          <w:t>info@rirosz.hu</w:t>
        </w:r>
      </w:hyperlink>
      <w:r w:rsidR="00A802F1">
        <w:rPr>
          <w:lang w:val="hu-HU"/>
        </w:rPr>
        <w:t xml:space="preserve"> </w:t>
      </w:r>
      <w:r w:rsidRPr="00A802F1">
        <w:rPr>
          <w:lang w:val="hu-HU"/>
        </w:rPr>
        <w:t>e-mail címen.</w:t>
      </w:r>
    </w:p>
    <w:p w14:paraId="67D7C6A4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t>9. Rövid adatkezelési tájékoztató</w:t>
      </w:r>
    </w:p>
    <w:p w14:paraId="5BEC67C7" w14:textId="77777777" w:rsidR="009D34A1" w:rsidRPr="00A802F1" w:rsidRDefault="00000000">
      <w:pPr>
        <w:spacing w:after="120" w:line="252" w:lineRule="auto"/>
        <w:rPr>
          <w:lang w:val="hu-HU"/>
        </w:rPr>
      </w:pPr>
      <w:r w:rsidRPr="00A802F1">
        <w:rPr>
          <w:lang w:val="hu-HU"/>
        </w:rPr>
        <w:t>A RIROSZ a jelen belépési nyilatkozatban megadott szervezeti adatokat és a kapcsolattartó természetes személyek adatait a tagfelvételi eljárás lefolytatása, a tagsági jogviszony nyilvántartása, a tagsági jogok és kötelezettségek teljesítése, valamint a szervezeti kapcsolattartás céljából kezeli.</w:t>
      </w:r>
    </w:p>
    <w:p w14:paraId="17563435" w14:textId="77777777" w:rsidR="009D34A1" w:rsidRPr="00A802F1" w:rsidRDefault="00000000">
      <w:pPr>
        <w:spacing w:after="120" w:line="252" w:lineRule="auto"/>
        <w:rPr>
          <w:lang w:val="hu-HU"/>
        </w:rPr>
      </w:pPr>
      <w:r w:rsidRPr="00A802F1">
        <w:rPr>
          <w:lang w:val="hu-HU"/>
        </w:rPr>
        <w:t>Az adatkezelés jogalapja a tagfelvételi kérelem elbírálásához és a tagsági jogviszony teljesítéséhez szükséges adatkezelés, továbbá a RIROSZ-ra vonatkozó jogi kötelezettségek teljesítése. A hírlevél, rendezvénymeghívó, kutatási vagy szakpolitikai megkeresés küldésének jogalapja az érintett önkéntes hozzájárulása.</w:t>
      </w:r>
    </w:p>
    <w:p w14:paraId="611D92D8" w14:textId="77777777" w:rsidR="009D34A1" w:rsidRPr="00A802F1" w:rsidRDefault="00000000">
      <w:pPr>
        <w:spacing w:after="120" w:line="252" w:lineRule="auto"/>
        <w:rPr>
          <w:lang w:val="hu-HU"/>
        </w:rPr>
      </w:pPr>
      <w:r w:rsidRPr="00A802F1">
        <w:rPr>
          <w:lang w:val="hu-HU"/>
        </w:rPr>
        <w:t>A RIROSZ a személyes adatokat kizárólag a szükséges ideig, a tagsági jogviszony fennállása alatt, illetve a jogszabályban előírt megőrzési ideig kezeli. A személyes adatokat harmadik személy részére csak jogszabály alapján, hatósági vagy bírósági megkeresésre, illetve a RIROSZ működéséhez szükséges adatfeldolgozók igénybevételével továbbítja vagy teszi hozzáférhetővé, a vonatkozó adatvédelmi szabályok betartásával.</w:t>
      </w:r>
    </w:p>
    <w:p w14:paraId="46974E25" w14:textId="77777777" w:rsidR="009D34A1" w:rsidRPr="00A802F1" w:rsidRDefault="00000000">
      <w:pPr>
        <w:spacing w:after="120" w:line="252" w:lineRule="auto"/>
        <w:rPr>
          <w:lang w:val="hu-HU"/>
        </w:rPr>
      </w:pPr>
      <w:r w:rsidRPr="00A802F1">
        <w:rPr>
          <w:lang w:val="hu-HU"/>
        </w:rPr>
        <w:t>Az érintettek jogosultak tájékoztatást kérni személyes adataik kezeléséről, kérhetik azok helyesbítését, törlését vagy kezelésének korlátozását, valamint jogosultak tiltakozni az adatkezelés ellen a vonatkozó jogszabályok szerint. Adatvédelmi jogsérelem esetén panasszal fordulhatnak a Nemzeti Adatvédelmi és Információszabadság Hatósághoz.</w:t>
      </w:r>
    </w:p>
    <w:p w14:paraId="359DCDF0" w14:textId="7DE4D4CF" w:rsidR="009D34A1" w:rsidRPr="00A802F1" w:rsidRDefault="00000000">
      <w:pPr>
        <w:spacing w:after="120" w:line="252" w:lineRule="auto"/>
        <w:rPr>
          <w:lang w:val="hu-HU"/>
        </w:rPr>
      </w:pPr>
      <w:r w:rsidRPr="00A802F1">
        <w:rPr>
          <w:lang w:val="hu-HU"/>
        </w:rPr>
        <w:t xml:space="preserve">A RIROSZ részletes adatkezelési tájékoztatója elérhető: </w:t>
      </w:r>
      <w:hyperlink r:id="rId11" w:history="1">
        <w:r w:rsidR="00357B3F" w:rsidRPr="00826EA9">
          <w:rPr>
            <w:rStyle w:val="Hiperhivatkozs"/>
            <w:lang w:val="hu-HU"/>
          </w:rPr>
          <w:t>https://www.rirosz.hu/adatvedelmi-nyilatkozat/</w:t>
        </w:r>
      </w:hyperlink>
      <w:r w:rsidR="00357B3F">
        <w:rPr>
          <w:lang w:val="hu-HU"/>
        </w:rPr>
        <w:t xml:space="preserve"> </w:t>
      </w:r>
    </w:p>
    <w:p w14:paraId="01F24AA1" w14:textId="77777777" w:rsidR="009D34A1" w:rsidRPr="00A802F1" w:rsidRDefault="00000000">
      <w:pPr>
        <w:spacing w:line="252" w:lineRule="auto"/>
        <w:rPr>
          <w:lang w:val="hu-HU"/>
        </w:rPr>
      </w:pPr>
      <w:r w:rsidRPr="00A802F1">
        <w:rPr>
          <w:lang w:val="hu-HU"/>
        </w:rPr>
        <w:br w:type="page"/>
      </w:r>
    </w:p>
    <w:p w14:paraId="4725BF2E" w14:textId="77777777" w:rsidR="009D34A1" w:rsidRPr="00A802F1" w:rsidRDefault="00000000">
      <w:pPr>
        <w:pStyle w:val="Cmsor1"/>
        <w:spacing w:before="160" w:after="80"/>
        <w:rPr>
          <w:lang w:val="hu-HU"/>
        </w:rPr>
      </w:pPr>
      <w:r w:rsidRPr="00A802F1">
        <w:rPr>
          <w:lang w:val="hu-HU"/>
        </w:rPr>
        <w:lastRenderedPageBreak/>
        <w:t>10. Keltezés és aláírás</w:t>
      </w:r>
    </w:p>
    <w:p w14:paraId="0E242680" w14:textId="77777777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Kelt</w:t>
      </w:r>
    </w:p>
    <w:p w14:paraId="1BE5BE5D" w14:textId="77777777" w:rsidR="009D34A1" w:rsidRPr="00A802F1" w:rsidRDefault="009D34A1">
      <w:pPr>
        <w:pBdr>
          <w:bottom w:val="single" w:sz="6" w:space="1" w:color="999999"/>
        </w:pBdr>
        <w:spacing w:after="120" w:line="252" w:lineRule="auto"/>
        <w:rPr>
          <w:lang w:val="hu-HU"/>
        </w:rPr>
      </w:pPr>
    </w:p>
    <w:p w14:paraId="57C4C2A9" w14:textId="77777777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A jelentkező szervezet neve</w:t>
      </w:r>
    </w:p>
    <w:p w14:paraId="326CB52C" w14:textId="77777777" w:rsidR="009D34A1" w:rsidRPr="00A802F1" w:rsidRDefault="009D34A1">
      <w:pPr>
        <w:pBdr>
          <w:bottom w:val="single" w:sz="6" w:space="1" w:color="999999"/>
        </w:pBdr>
        <w:spacing w:after="120" w:line="252" w:lineRule="auto"/>
        <w:rPr>
          <w:lang w:val="hu-HU"/>
        </w:rPr>
      </w:pPr>
    </w:p>
    <w:p w14:paraId="0F6F226B" w14:textId="77777777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A képviseletre jogosult személy neve</w:t>
      </w:r>
    </w:p>
    <w:p w14:paraId="358816A6" w14:textId="77777777" w:rsidR="009D34A1" w:rsidRPr="00A802F1" w:rsidRDefault="009D34A1">
      <w:pPr>
        <w:pBdr>
          <w:bottom w:val="single" w:sz="6" w:space="1" w:color="999999"/>
        </w:pBdr>
        <w:spacing w:after="120" w:line="252" w:lineRule="auto"/>
        <w:rPr>
          <w:lang w:val="hu-HU"/>
        </w:rPr>
      </w:pPr>
    </w:p>
    <w:p w14:paraId="40D9A57D" w14:textId="77777777" w:rsidR="009D34A1" w:rsidRPr="00A802F1" w:rsidRDefault="00000000">
      <w:pPr>
        <w:spacing w:after="40" w:line="252" w:lineRule="auto"/>
        <w:rPr>
          <w:lang w:val="hu-HU"/>
        </w:rPr>
      </w:pPr>
      <w:r w:rsidRPr="00A802F1">
        <w:rPr>
          <w:b/>
          <w:lang w:val="hu-HU"/>
        </w:rPr>
        <w:t>Tisztsége</w:t>
      </w:r>
    </w:p>
    <w:p w14:paraId="78AE7550" w14:textId="77777777" w:rsidR="009D34A1" w:rsidRPr="00A802F1" w:rsidRDefault="009D34A1">
      <w:pPr>
        <w:pBdr>
          <w:bottom w:val="single" w:sz="6" w:space="1" w:color="999999"/>
        </w:pBdr>
        <w:spacing w:after="120" w:line="252" w:lineRule="auto"/>
        <w:rPr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9D34A1" w:rsidRPr="00A802F1" w14:paraId="47D90D06" w14:textId="77777777">
        <w:tc>
          <w:tcPr>
            <w:tcW w:w="4819" w:type="dxa"/>
          </w:tcPr>
          <w:p w14:paraId="57D77426" w14:textId="77777777" w:rsidR="009D34A1" w:rsidRPr="00A802F1" w:rsidRDefault="00000000">
            <w:pPr>
              <w:jc w:val="center"/>
              <w:rPr>
                <w:lang w:val="hu-HU"/>
              </w:rPr>
            </w:pPr>
            <w:r w:rsidRPr="00A802F1">
              <w:rPr>
                <w:lang w:val="hu-HU"/>
              </w:rPr>
              <w:t>Aláírás</w:t>
            </w:r>
          </w:p>
        </w:tc>
        <w:tc>
          <w:tcPr>
            <w:tcW w:w="4819" w:type="dxa"/>
          </w:tcPr>
          <w:p w14:paraId="7F8FB9D5" w14:textId="77777777" w:rsidR="009D34A1" w:rsidRPr="00A802F1" w:rsidRDefault="00000000">
            <w:pPr>
              <w:jc w:val="center"/>
              <w:rPr>
                <w:lang w:val="hu-HU"/>
              </w:rPr>
            </w:pPr>
            <w:r w:rsidRPr="00A802F1">
              <w:rPr>
                <w:lang w:val="hu-HU"/>
              </w:rPr>
              <w:t>P. H.</w:t>
            </w:r>
          </w:p>
        </w:tc>
      </w:tr>
      <w:tr w:rsidR="009D34A1" w:rsidRPr="00A802F1" w14:paraId="356D5585" w14:textId="77777777">
        <w:tc>
          <w:tcPr>
            <w:tcW w:w="4819" w:type="dxa"/>
          </w:tcPr>
          <w:p w14:paraId="6CD587B4" w14:textId="77777777" w:rsidR="009D34A1" w:rsidRPr="00A802F1" w:rsidRDefault="00000000">
            <w:pPr>
              <w:jc w:val="center"/>
              <w:rPr>
                <w:lang w:val="hu-HU"/>
              </w:rPr>
            </w:pPr>
            <w:r w:rsidRPr="00A802F1">
              <w:rPr>
                <w:lang w:val="hu-HU"/>
              </w:rPr>
              <w:br/>
            </w:r>
            <w:r w:rsidRPr="00A802F1">
              <w:rPr>
                <w:lang w:val="hu-HU"/>
              </w:rPr>
              <w:br/>
            </w:r>
            <w:r w:rsidRPr="00A802F1">
              <w:rPr>
                <w:lang w:val="hu-HU"/>
              </w:rPr>
              <w:br/>
            </w:r>
          </w:p>
        </w:tc>
        <w:tc>
          <w:tcPr>
            <w:tcW w:w="4819" w:type="dxa"/>
          </w:tcPr>
          <w:p w14:paraId="56C3ED24" w14:textId="77777777" w:rsidR="009D34A1" w:rsidRPr="00A802F1" w:rsidRDefault="00000000">
            <w:pPr>
              <w:jc w:val="center"/>
              <w:rPr>
                <w:lang w:val="hu-HU"/>
              </w:rPr>
            </w:pPr>
            <w:r w:rsidRPr="00A802F1">
              <w:rPr>
                <w:lang w:val="hu-HU"/>
              </w:rPr>
              <w:br/>
            </w:r>
            <w:r w:rsidRPr="00A802F1">
              <w:rPr>
                <w:lang w:val="hu-HU"/>
              </w:rPr>
              <w:br/>
            </w:r>
            <w:r w:rsidRPr="00A802F1">
              <w:rPr>
                <w:lang w:val="hu-HU"/>
              </w:rPr>
              <w:br/>
            </w:r>
          </w:p>
        </w:tc>
      </w:tr>
    </w:tbl>
    <w:p w14:paraId="3E76A82F" w14:textId="77777777" w:rsidR="00C42EE7" w:rsidRPr="00A802F1" w:rsidRDefault="00C42EE7">
      <w:pPr>
        <w:rPr>
          <w:lang w:val="hu-HU"/>
        </w:rPr>
      </w:pPr>
    </w:p>
    <w:sectPr w:rsidR="00C42EE7" w:rsidRPr="00A802F1" w:rsidSect="00A802F1">
      <w:pgSz w:w="11906" w:h="16838"/>
      <w:pgMar w:top="454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EDFF2" w14:textId="77777777" w:rsidR="009117B6" w:rsidRDefault="009117B6">
      <w:pPr>
        <w:spacing w:after="0" w:line="240" w:lineRule="auto"/>
      </w:pPr>
      <w:r>
        <w:separator/>
      </w:r>
    </w:p>
  </w:endnote>
  <w:endnote w:type="continuationSeparator" w:id="0">
    <w:p w14:paraId="5E0A5055" w14:textId="77777777" w:rsidR="009117B6" w:rsidRDefault="0091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1B63" w14:textId="77777777" w:rsidR="009117B6" w:rsidRDefault="009117B6">
      <w:pPr>
        <w:spacing w:after="0" w:line="240" w:lineRule="auto"/>
      </w:pPr>
      <w:r>
        <w:separator/>
      </w:r>
    </w:p>
  </w:footnote>
  <w:footnote w:type="continuationSeparator" w:id="0">
    <w:p w14:paraId="1FF1FA22" w14:textId="77777777" w:rsidR="009117B6" w:rsidRDefault="009117B6">
      <w:pPr>
        <w:spacing w:after="0" w:line="240" w:lineRule="auto"/>
      </w:pPr>
      <w:r>
        <w:continuationSeparator/>
      </w:r>
    </w:p>
  </w:footnote>
  <w:footnote w:id="1">
    <w:p w14:paraId="5926D3DA" w14:textId="5926B933" w:rsidR="00A802F1" w:rsidRPr="00152B32" w:rsidRDefault="00A802F1" w:rsidP="00A802F1">
      <w:pPr>
        <w:pStyle w:val="Lbjegyzetszveg"/>
        <w:jc w:val="center"/>
        <w:rPr>
          <w:vertAlign w:val="superscript"/>
          <w:lang w:val="fr-FR"/>
        </w:rPr>
      </w:pPr>
      <w:r>
        <w:rPr>
          <w:noProof/>
          <w:vertAlign w:val="superscript"/>
        </w:rPr>
        <w:drawing>
          <wp:inline distT="0" distB="0" distL="0" distR="0" wp14:anchorId="072633B9" wp14:editId="13EBD3BD">
            <wp:extent cx="276225" cy="552450"/>
            <wp:effectExtent l="0" t="0" r="9525" b="0"/>
            <wp:docPr id="1411682929" name="Kép 4" descr="Leírás: IAPO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Leírás: IAPOlogo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B32">
        <w:rPr>
          <w:vertAlign w:val="superscript"/>
          <w:lang w:val="fr-FR"/>
        </w:rPr>
        <w:t xml:space="preserve">Az </w:t>
      </w:r>
      <w:r>
        <w:rPr>
          <w:vertAlign w:val="superscript"/>
          <w:lang w:val="fr-FR"/>
        </w:rPr>
        <w:t xml:space="preserve">IAPO és az </w:t>
      </w:r>
      <w:r w:rsidRPr="00152B32">
        <w:rPr>
          <w:vertAlign w:val="superscript"/>
          <w:lang w:val="fr-FR"/>
        </w:rPr>
        <w:t>EURORDIS (Rare Diseases Europe)</w:t>
      </w:r>
      <w:r>
        <w:rPr>
          <w:vertAlign w:val="superscript"/>
          <w:lang w:val="fr-FR"/>
        </w:rPr>
        <w:t xml:space="preserve"> tagszervezete  </w:t>
      </w:r>
      <w:r>
        <w:rPr>
          <w:noProof/>
        </w:rPr>
        <w:drawing>
          <wp:inline distT="0" distB="0" distL="0" distR="0" wp14:anchorId="5F9B054A" wp14:editId="00484438">
            <wp:extent cx="723900" cy="609600"/>
            <wp:effectExtent l="0" t="0" r="0" b="0"/>
            <wp:docPr id="120629304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A4895" w14:textId="4CBA0422" w:rsidR="00A802F1" w:rsidRPr="00152B32" w:rsidRDefault="00A802F1" w:rsidP="00A802F1">
      <w:pPr>
        <w:pStyle w:val="Lbjegyzetszveg"/>
        <w:ind w:left="-142" w:right="-759"/>
        <w:rPr>
          <w:b/>
          <w:lang w:val="fr-FR"/>
        </w:rPr>
      </w:pPr>
      <w:r w:rsidRPr="00152B32">
        <w:rPr>
          <w:b/>
          <w:lang w:val="fr-FR"/>
        </w:rPr>
        <w:t>Adószám: 1819232</w:t>
      </w:r>
      <w:r>
        <w:rPr>
          <w:b/>
          <w:lang w:val="fr-FR"/>
        </w:rPr>
        <w:t>8-1-42                                                                                              e-mail: info@rirosz</w:t>
      </w:r>
      <w:r w:rsidRPr="00152B32">
        <w:rPr>
          <w:b/>
          <w:lang w:val="fr-FR"/>
        </w:rPr>
        <w:t>.hu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3080474">
    <w:abstractNumId w:val="8"/>
  </w:num>
  <w:num w:numId="2" w16cid:durableId="988900325">
    <w:abstractNumId w:val="6"/>
  </w:num>
  <w:num w:numId="3" w16cid:durableId="517503609">
    <w:abstractNumId w:val="5"/>
  </w:num>
  <w:num w:numId="4" w16cid:durableId="1021394974">
    <w:abstractNumId w:val="4"/>
  </w:num>
  <w:num w:numId="5" w16cid:durableId="1741247806">
    <w:abstractNumId w:val="7"/>
  </w:num>
  <w:num w:numId="6" w16cid:durableId="933511947">
    <w:abstractNumId w:val="3"/>
  </w:num>
  <w:num w:numId="7" w16cid:durableId="721173724">
    <w:abstractNumId w:val="2"/>
  </w:num>
  <w:num w:numId="8" w16cid:durableId="430585360">
    <w:abstractNumId w:val="1"/>
  </w:num>
  <w:num w:numId="9" w16cid:durableId="119033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AE7"/>
    <w:rsid w:val="0015074B"/>
    <w:rsid w:val="0029639D"/>
    <w:rsid w:val="00326F90"/>
    <w:rsid w:val="00357B3F"/>
    <w:rsid w:val="00445993"/>
    <w:rsid w:val="009117B6"/>
    <w:rsid w:val="009D34A1"/>
    <w:rsid w:val="00A802F1"/>
    <w:rsid w:val="00AA1D8D"/>
    <w:rsid w:val="00B47730"/>
    <w:rsid w:val="00C42EE7"/>
    <w:rsid w:val="00CB0664"/>
    <w:rsid w:val="00EA22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498775"/>
  <w14:defaultImageDpi w14:val="300"/>
  <w15:docId w15:val="{31126DCA-6C7B-4EF4-A28C-A05E1045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eastAsia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802F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02F1"/>
    <w:rPr>
      <w:rFonts w:ascii="Arial" w:eastAsia="Arial" w:hAnsi="Arial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A802F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80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irosz.hu/adatvedelmi-nyilatkoza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irosz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irosz.h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762</Words>
  <Characters>5685</Characters>
  <Application>Microsoft Office Word</Application>
  <DocSecurity>0</DocSecurity>
  <Lines>167</Lines>
  <Paragraphs>105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Gábor Pogány [RIROSZ]</cp:lastModifiedBy>
  <cp:revision>4</cp:revision>
  <dcterms:created xsi:type="dcterms:W3CDTF">2013-12-23T23:15:00Z</dcterms:created>
  <dcterms:modified xsi:type="dcterms:W3CDTF">2026-07-04T14:54:00Z</dcterms:modified>
  <cp:category/>
</cp:coreProperties>
</file>